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Candidate rejection email templates</w:t>
      </w:r>
    </w:p>
    <w:p>
      <w:r>
        <w:t>Use these messages as a starting point. Replace bracketed fields, verify the decision and details, and follow your organization’s recruiting policies. Keep reasons factual and job-related. Do not promise feedback or future contact unless you can follow through.</w:t>
      </w:r>
    </w:p>
    <w:p>
      <w:pPr>
        <w:pStyle w:val="Heading1"/>
      </w:pPr>
      <w:r>
        <w:t>Application review</w:t>
      </w:r>
    </w:p>
    <w:p>
      <w:r>
        <w:rPr>
          <w:b/>
        </w:rPr>
        <w:t xml:space="preserve">Subject: </w:t>
      </w:r>
      <w:r>
        <w:t>Update on your application for [Role]</w:t>
      </w:r>
    </w:p>
    <w:p>
      <w:r>
        <w:t>Hi [Name],</w:t>
      </w:r>
    </w:p>
    <w:p>
      <w:r>
        <w:t>Thank you for applying for the [Role] position at [Company]. After reviewing applications, we have decided to move forward with candidates whose experience more closely fits the needs of this opening.</w:t>
      </w:r>
    </w:p>
    <w:p>
      <w:r>
        <w:t>We appreciate your interest in [Company] and wish you well with your search.</w:t>
      </w:r>
    </w:p>
    <w:p>
      <w:r>
        <w:t>Best,</w:t>
        <w:br/>
        <w:t>[Sender name]</w:t>
        <w:br/>
        <w:t>[Team or company]</w:t>
      </w:r>
    </w:p>
    <w:p>
      <w:pPr>
        <w:pStyle w:val="Heading1"/>
      </w:pPr>
      <w:r>
        <w:t>After a phone screen</w:t>
      </w:r>
    </w:p>
    <w:p>
      <w:r>
        <w:rPr>
          <w:b/>
        </w:rPr>
        <w:t xml:space="preserve">Subject: </w:t>
      </w:r>
      <w:r>
        <w:t>Update after our conversation about [Role]</w:t>
      </w:r>
    </w:p>
    <w:p>
      <w:r>
        <w:t>Hi [Name],</w:t>
      </w:r>
    </w:p>
    <w:p>
      <w:r>
        <w:t>Thank you for speaking with me about the [Role] position. We have decided not to move forward with your application for this opening.</w:t>
      </w:r>
    </w:p>
    <w:p>
      <w:r>
        <w:t>I appreciated learning about [specific, true detail]. Thank you for the time you spent with us, and I wish you the best in your search.</w:t>
      </w:r>
    </w:p>
    <w:p>
      <w:r>
        <w:t>Best,</w:t>
        <w:br/>
        <w:t>[Sender name]</w:t>
        <w:br/>
        <w:t>[Team or company]</w:t>
      </w:r>
    </w:p>
    <w:p>
      <w:pPr>
        <w:pStyle w:val="Heading1"/>
      </w:pPr>
      <w:r>
        <w:t>After a final interview</w:t>
      </w:r>
    </w:p>
    <w:p>
      <w:r>
        <w:rPr>
          <w:b/>
        </w:rPr>
        <w:t xml:space="preserve">Subject: </w:t>
      </w:r>
      <w:r>
        <w:t>Update on the [Role] interview process</w:t>
      </w:r>
    </w:p>
    <w:p>
      <w:r>
        <w:t>Hi [Name],</w:t>
      </w:r>
    </w:p>
    <w:p>
      <w:r>
        <w:t>Thank you for meeting with [people or team] and taking the time to discuss the [Role] position. We have decided to move forward with another candidate.</w:t>
      </w:r>
    </w:p>
    <w:p>
      <w:r>
        <w:t>We appreciated hearing about [specific, true detail from the conversation]. I know interviewing takes time, and I’m grateful you considered [Company]. [Optional, only if confirmed: We expect to complete this process by DATE / No further action is needed.]</w:t>
      </w:r>
    </w:p>
    <w:p>
      <w:r>
        <w:t>Best,</w:t>
        <w:br/>
        <w:t>[Sender name]</w:t>
        <w:br/>
        <w:t>[Team or company]</w:t>
      </w:r>
    </w:p>
    <w:p>
      <w:pPr>
        <w:pStyle w:val="Heading1"/>
      </w:pPr>
      <w:r>
        <w:t>Short version</w:t>
      </w:r>
    </w:p>
    <w:p>
      <w:r>
        <w:rPr>
          <w:b/>
        </w:rPr>
        <w:t xml:space="preserve">Subject: </w:t>
      </w:r>
      <w:r>
        <w:t>Update on your [Role] application</w:t>
      </w:r>
    </w:p>
    <w:p>
      <w:r>
        <w:t>Hi [Name],</w:t>
      </w:r>
    </w:p>
    <w:p>
      <w:r>
        <w:t>Thank you for your interest in [Company]. We have decided not to move forward with your application for the [Role] position. We appreciate your time and wish you well.</w:t>
      </w:r>
    </w:p>
    <w:p>
      <w:r>
        <w:t>Best,</w:t>
        <w:br/>
        <w:t>[Sender name]</w:t>
      </w:r>
    </w:p>
    <w:p>
      <w:pPr>
        <w:pStyle w:val="Heading1"/>
      </w:pPr>
      <w:r>
        <w:t>Optional feedback line</w:t>
      </w:r>
    </w:p>
    <w:p>
      <w:r>
        <w:t>If your process permits useful feedback and you can support it, add one direct sentence: “For this opening, we needed [specific job-related requirement], and your experience was stronger in [accurate area].” Omit this line if it would be guesswork or inconsistent with your organization’s process.</w:t>
      </w:r>
    </w:p>
    <w:sectPr w:rsidR="00FC693F" w:rsidRPr="0006063C" w:rsidSect="00034616"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