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Donor thank-you call scripts</w:t>
      </w:r>
    </w:p>
    <w:p>
      <w:r>
        <w:t>Adapt these prompts to the donor, verified gift context, contact preferences, and your organization’s procedures. Keep gratitude at the center; do not turn a thank-you into an unannounced ask.</w:t>
      </w:r>
    </w:p>
    <w:p>
      <w:pPr>
        <w:pStyle w:val="Heading1"/>
      </w:pPr>
      <w:r>
        <w:t>Before you call</w:t>
      </w:r>
    </w:p>
    <w:p>
      <w:r>
        <w:t>Confirm the donor’s name and any details you plan to mention. Check contact preferences and your organization’s gift acknowledgment process. Have a way to record questions and commitments in an approved system.</w:t>
      </w:r>
    </w:p>
    <w:p>
      <w:pPr>
        <w:pStyle w:val="Heading1"/>
      </w:pPr>
      <w:r>
        <w:t>First gift</w:t>
      </w:r>
    </w:p>
    <w:p>
      <w:r>
        <w:t>“Hello, [name]. This is [your name] calling from [organization]. I’m calling to thank you for supporting [confirmed program or purpose]. We’re grateful you chose to be part of this work. Is there anything about the program you’d especially like to hear more about?”</w:t>
      </w:r>
    </w:p>
    <w:p>
      <w:r>
        <w:t>If they share an interest: “Thank you for telling me. I can [specific action] by [date].” Make only a commitment you can keep. Close by thanking them again.</w:t>
      </w:r>
    </w:p>
    <w:p>
      <w:pPr>
        <w:pStyle w:val="Heading1"/>
      </w:pPr>
      <w:r>
        <w:t>Recurring donor</w:t>
      </w:r>
    </w:p>
    <w:p>
      <w:r>
        <w:t>“Hello, [name]. This is [your name] from [organization]. I wanted to thank you for your continued support. We appreciate having you alongside this work. Is there an update you would find useful?”</w:t>
      </w:r>
    </w:p>
    <w:p>
      <w:r>
        <w:t>Confirm any installment detail before mentioning it. Ask about preferred updates without assuming they want more contact.</w:t>
      </w:r>
    </w:p>
    <w:p>
      <w:pPr>
        <w:pStyle w:val="Heading1"/>
      </w:pPr>
      <w:r>
        <w:t>Major gift or relationship-owner call</w:t>
      </w:r>
    </w:p>
    <w:p>
      <w:r>
        <w:t>“Hello, [name]. I’m [your name], [role] at [organization]. I’m calling to thank you for your support of [confirmed purpose]. I appreciated hearing about your interest in [verified interest]. What would be helpful for us to keep you updated on?”</w:t>
      </w:r>
    </w:p>
    <w:p>
      <w:r>
        <w:t>Coordinate with the assigned relationship owner. Do not promise recognition, access, outcomes, or reports unless approved and accurate.</w:t>
      </w:r>
    </w:p>
    <w:p>
      <w:pPr>
        <w:pStyle w:val="Heading1"/>
      </w:pPr>
      <w:r>
        <w:t>If the donor has a question</w:t>
      </w:r>
    </w:p>
    <w:p>
      <w:r>
        <w:t>“I want to make sure I give you an accurate answer. I’ll check with [owner/team] and get back to you by [date].” Record the owner and due date, then follow through.</w:t>
      </w:r>
    </w:p>
    <w:p>
      <w:pPr>
        <w:pStyle w:val="Heading1"/>
      </w:pPr>
      <w:r>
        <w:t>If there is no answer</w:t>
      </w:r>
    </w:p>
    <w:p>
      <w:r>
        <w:t>Follow your organization’s guidance for voicemail. Keep it brief, identify yourself and the organization, and express thanks without sharing sensitive gift details. Use another channel only if appropriate.</w:t>
      </w:r>
    </w:p>
    <w:p>
      <w:pPr>
        <w:pStyle w:val="Heading1"/>
      </w:pPr>
      <w:r>
        <w:t>Call note</w:t>
      </w:r>
    </w:p>
    <w:p>
      <w:r>
        <w:t>Donor or household: [name] | Date: [date] | Caller: [name] | Reason: [reason] | Donor preference: [preference] | Question or interest: [brief factual note] | Promise: [action] | Owner: [name] | Due: [date] | Status: [open/done]</w:t>
      </w:r>
    </w:p>
    <w:p>
      <w:r>
        <w:t>Example: Jordan Lee | May 10 | Maya | Thank first gift | Email updates | Asked about volunteer orientation | Send orientation details | Maya | May 14 | Open. Example details only; replace them with verified information.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