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Follow-up text message templates</w:t>
      </w:r>
    </w:p>
    <w:p>
      <w:r>
        <w:t>Use these messages as a starting point. Replace bracketed fields, verify every detail, and use a text only when it is an expected and appropriate channel. Keep one purpose and one easy next step per message.</w:t>
      </w:r>
    </w:p>
    <w:p>
      <w:pPr>
        <w:pStyle w:val="Heading1"/>
      </w:pPr>
      <w:r>
        <w:t>First follow-up after a conversation</w:t>
      </w:r>
    </w:p>
    <w:p>
      <w:r>
        <w:t>Hi [Name], thanks for talking about [topic] today. I said I would [next action], and I will [when]. Is there anything else you would like me to include?</w:t>
      </w:r>
    </w:p>
    <w:p>
      <w:pPr>
        <w:pStyle w:val="Heading1"/>
      </w:pPr>
      <w:r>
        <w:t>After sending a quote or estimate</w:t>
      </w:r>
    </w:p>
    <w:p>
      <w:r>
        <w:t>Hi [Name], I sent the [project] estimate to [email or channel]. It includes [brief detail]. Would you like me to clarify anything, or is there a better time to check back?</w:t>
      </w:r>
    </w:p>
    <w:p>
      <w:pPr>
        <w:pStyle w:val="Heading1"/>
      </w:pPr>
      <w:r>
        <w:t>After no response</w:t>
      </w:r>
    </w:p>
    <w:p>
      <w:r>
        <w:t>Hi [Name], checking back on [topic or item] from [day]. Is there anything I can clarify, or would you prefer I close this out for now? Either answer is helpful.</w:t>
      </w:r>
    </w:p>
    <w:p>
      <w:pPr>
        <w:pStyle w:val="Heading1"/>
      </w:pPr>
      <w:r>
        <w:t>After a real estate showing</w:t>
      </w:r>
    </w:p>
    <w:p>
      <w:r>
        <w:t>Hi [Name], thanks for seeing [property] today. What stood out to you, and is there anything you would like me to check on?</w:t>
      </w:r>
    </w:p>
    <w:p>
      <w:pPr>
        <w:pStyle w:val="Heading1"/>
      </w:pPr>
      <w:r>
        <w:t>After an open house</w:t>
      </w:r>
    </w:p>
    <w:p>
      <w:r>
        <w:t>Hi [Name], this is [Your Name] with [Agency]. Thanks for stopping by [property or open house]. Would you like details about [specific item], or are you exploring other options?</w:t>
      </w:r>
    </w:p>
    <w:p>
      <w:pPr>
        <w:pStyle w:val="Heading1"/>
      </w:pPr>
      <w:r>
        <w:t>After an insurance inquiry</w:t>
      </w:r>
    </w:p>
    <w:p>
      <w:r>
        <w:t>Hi [Name], this is [Your Name] with [Agency], following up on your request about [topic]. Would a short call at [time A] or [time B] be useful? Use only when text contact is permitted by the person's consent and your agency's process.</w:t>
      </w:r>
    </w:p>
    <w:p>
      <w:pPr>
        <w:pStyle w:val="Heading1"/>
      </w:pPr>
      <w:r>
        <w:t>After an interview</w:t>
      </w:r>
    </w:p>
    <w:p>
      <w:r>
        <w:t>Hi [Name], thank you for speaking with me about [role]. I enjoyed hearing about [specific detail]. I expect to have an update by [date], and I will reach out then.</w:t>
      </w:r>
    </w:p>
    <w:p>
      <w:pPr>
        <w:pStyle w:val="Heading1"/>
      </w:pPr>
      <w:r>
        <w:t>Client check-in</w:t>
      </w:r>
    </w:p>
    <w:p>
      <w:r>
        <w:t>Hi [Name], I wanted to check whether [deliverable or project] is on track for [agreed milestone]. Is there anything you need from me before then?</w:t>
      </w:r>
    </w:p>
    <w:p>
      <w:pPr>
        <w:pStyle w:val="Heading1"/>
      </w:pPr>
      <w:r>
        <w:t>Close the loop</w:t>
      </w:r>
    </w:p>
    <w:p>
      <w:r>
        <w:t>Hi [Name], I will pause my follow-up about [topic] for now. If you would like to pick it up later, reply here and we can agree on a good time. Thanks, [Your Name].</w:t>
      </w:r>
    </w:p>
    <w:p>
      <w:pPr>
        <w:pStyle w:val="Heading1"/>
      </w:pPr>
      <w:r>
        <w:t>Before you send</w:t>
      </w:r>
    </w:p>
    <w:p>
      <w:pPr>
        <w:pStyle w:val="ListBullet"/>
      </w:pPr>
      <w:r>
        <w:t>Confirm the name, topic and promised details.</w:t>
      </w:r>
    </w:p>
    <w:p>
      <w:pPr>
        <w:pStyle w:val="ListBullet"/>
      </w:pPr>
      <w:r>
        <w:t>Follow the other person's channel and timing preference.</w:t>
      </w:r>
    </w:p>
    <w:p>
      <w:pPr>
        <w:pStyle w:val="ListBullet"/>
      </w:pPr>
      <w:r>
        <w:t>Ask one clear question; do not manufacture urgency.</w:t>
      </w:r>
    </w:p>
    <w:p>
      <w:pPr>
        <w:pStyle w:val="ListBullet"/>
      </w:pPr>
      <w:r>
        <w:t>Stop when asked, and follow your organization's process and applicable contact rules.</w:t>
      </w:r>
    </w:p>
    <w:p>
      <w:pPr>
        <w:pStyle w:val="ListBullet"/>
      </w:pPr>
      <w:r>
        <w:t>If a text needs a long explanation or an attachment, ask whether email or a call is better.</w:t>
      </w:r>
    </w:p>
    <w:sectPr w:rsidR="00FC693F" w:rsidRPr="0006063C" w:rsidSect="00034616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