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Interview follow-up email templates</w:t>
      </w:r>
    </w:p>
    <w:p>
      <w:r>
        <w:t>For recruiters. Copy a template, replace bracketed details, verify timing, and personalize one sentence before sending. Share only status and offer details approved by your hiring team.</w:t>
      </w:r>
    </w:p>
    <w:p>
      <w:pPr>
        <w:pStyle w:val="Heading1"/>
      </w:pPr>
      <w:r>
        <w:t>After a recruiter screen</w:t>
      </w:r>
    </w:p>
    <w:p>
      <w:r>
        <w:rPr>
          <w:b/>
        </w:rPr>
        <w:t xml:space="preserve">Subject: </w:t>
      </w:r>
      <w:r>
        <w:t>Thank you for speaking about [role]</w:t>
      </w:r>
    </w:p>
    <w:p>
      <w:r>
        <w:t>Hi [candidate name],</w:t>
      </w:r>
    </w:p>
    <w:p>
      <w:r>
        <w:t>Thank you for taking the time to speak with me about the [role] position. I enjoyed hearing about [specific, accurate detail from conversation].</w:t>
      </w:r>
    </w:p>
    <w:p>
      <w:r>
        <w:t>I am sharing your information with [the hiring team / next step, if confirmed]. I expect to update you by [date]. If anything changes, I will let you know.</w:t>
      </w:r>
    </w:p>
    <w:p>
      <w:r>
        <w:t>Best,</w:t>
        <w:br/>
        <w:t>[recruiter name]</w:t>
      </w:r>
    </w:p>
    <w:p>
      <w:pPr>
        <w:pStyle w:val="Heading1"/>
      </w:pPr>
      <w:r>
        <w:t>After a panel interview</w:t>
      </w:r>
    </w:p>
    <w:p>
      <w:r>
        <w:rPr>
          <w:b/>
        </w:rPr>
        <w:t xml:space="preserve">Subject: </w:t>
      </w:r>
      <w:r>
        <w:t>Thank you for meeting the [role] team</w:t>
      </w:r>
    </w:p>
    <w:p>
      <w:r>
        <w:t>Hi [candidate name],</w:t>
      </w:r>
    </w:p>
    <w:p>
      <w:r>
        <w:t>Thank you for meeting with [panel/team] today. The team appreciated hearing about [specific discussion topic].</w:t>
      </w:r>
    </w:p>
    <w:p>
      <w:r>
        <w:t>We are [confirmed process status]. I expect to have an update for you by [date]. Please reply if you have questions in the meantime.</w:t>
      </w:r>
    </w:p>
    <w:p>
      <w:r>
        <w:t>Best,</w:t>
        <w:br/>
        <w:t>[recruiter name]</w:t>
      </w:r>
    </w:p>
    <w:p>
      <w:pPr>
        <w:pStyle w:val="Heading1"/>
      </w:pPr>
      <w:r>
        <w:t>When a decision is taking longer</w:t>
      </w:r>
    </w:p>
    <w:p>
      <w:r>
        <w:rPr>
          <w:b/>
        </w:rPr>
        <w:t xml:space="preserve">Subject: </w:t>
      </w:r>
      <w:r>
        <w:t>Update on the [role] interview process</w:t>
      </w:r>
    </w:p>
    <w:p>
      <w:r>
        <w:t>Hi [candidate name],</w:t>
      </w:r>
    </w:p>
    <w:p>
      <w:r>
        <w:t>I wanted to share a quick update on the [role]. The team is [accurate status, such as completing interviews], and we need a little more time before we can confirm next steps.</w:t>
      </w:r>
    </w:p>
    <w:p>
      <w:r>
        <w:t>I will contact you again by [date], even if the status has not changed. Thank you for your patience.</w:t>
      </w:r>
    </w:p>
    <w:p>
      <w:r>
        <w:t>Best,</w:t>
        <w:br/>
        <w:t>[recruiter name]</w:t>
      </w:r>
    </w:p>
    <w:p>
      <w:pPr>
        <w:pStyle w:val="Heading1"/>
      </w:pPr>
      <w:r>
        <w:t>Offer follow up</w:t>
      </w:r>
    </w:p>
    <w:p>
      <w:r>
        <w:rPr>
          <w:b/>
        </w:rPr>
        <w:t xml:space="preserve">Subject: </w:t>
      </w:r>
      <w:r>
        <w:t>Next steps for the [role] offer</w:t>
      </w:r>
    </w:p>
    <w:p>
      <w:r>
        <w:t>Hi [candidate name],</w:t>
      </w:r>
    </w:p>
    <w:p>
      <w:r>
        <w:t>We are pleased to share an offer for the [role] position. The formal offer includes the details for your review.</w:t>
      </w:r>
    </w:p>
    <w:p>
      <w:r>
        <w:t>Please [review/sign/return] it by [approved date, if applicable]. If you would like to discuss anything, reply here and I will coordinate with [contact/team].</w:t>
      </w:r>
    </w:p>
    <w:p>
      <w:r>
        <w:t>Best,</w:t>
        <w:br/>
        <w:t>[recruiter name]</w:t>
      </w:r>
    </w:p>
    <w:p>
      <w:pPr>
        <w:pStyle w:val="Heading1"/>
      </w:pPr>
      <w:r>
        <w:t>Reply to a candidate asking for an update</w:t>
      </w:r>
    </w:p>
    <w:p>
      <w:r>
        <w:rPr>
          <w:b/>
        </w:rPr>
        <w:t xml:space="preserve">Subject: </w:t>
      </w:r>
      <w:r>
        <w:t>Re: [role] interview process</w:t>
      </w:r>
    </w:p>
    <w:p>
      <w:r>
        <w:t>Hi [candidate name],</w:t>
      </w:r>
    </w:p>
    <w:p>
      <w:r>
        <w:t>Thanks for checking in. The team is currently [confirmed status]. I expect to have another update by [date], and I will write then either way.</w:t>
      </w:r>
    </w:p>
    <w:p>
      <w:r>
        <w:t>I appreciate your continued interest in the [role].</w:t>
      </w:r>
    </w:p>
    <w:p>
      <w:r>
        <w:t>Best,</w:t>
        <w:br/>
        <w:t>[recruiter name]</w:t>
      </w:r>
    </w:p>
    <w:p>
      <w:pPr>
        <w:pStyle w:val="Heading1"/>
      </w:pPr>
      <w:r>
        <w:t>Optional text message check-in</w:t>
      </w:r>
    </w:p>
    <w:p>
      <w:r>
        <w:t>Hi [candidate name], this is [recruiter] following up on the [role]. The team is [confirmed status], and I expect to update you by [date]. Reply here if you have a question.</w:t>
      </w:r>
    </w:p>
    <w:p>
      <w:pPr>
        <w:pStyle w:val="Heading1"/>
      </w:pPr>
      <w:r>
        <w:t>Before you send</w:t>
      </w:r>
    </w:p>
    <w:p>
      <w:pPr>
        <w:pStyle w:val="ListBullet"/>
      </w:pPr>
      <w:r>
        <w:t>Confirm candidate name, role and interview stage.</w:t>
      </w:r>
    </w:p>
    <w:p>
      <w:pPr>
        <w:pStyle w:val="ListBullet"/>
      </w:pPr>
      <w:r>
        <w:t>Check status and offer details with the hiring team.</w:t>
      </w:r>
    </w:p>
    <w:p>
      <w:pPr>
        <w:pStyle w:val="ListBullet"/>
      </w:pPr>
      <w:r>
        <w:t>Use one accurate personal detail from the conversation.</w:t>
      </w:r>
    </w:p>
    <w:p>
      <w:pPr>
        <w:pStyle w:val="ListBullet"/>
      </w:pPr>
      <w:r>
        <w:t>Set a realistic update date and honor it.</w:t>
      </w:r>
    </w:p>
    <w:p>
      <w:pPr>
        <w:pStyle w:val="ListBullet"/>
      </w:pPr>
      <w:r>
        <w:t>Proofread the subject, date and reply path.</w:t>
      </w:r>
    </w:p>
    <w:p>
      <w:r>
        <w:t>If the timing changes, send a short update before the promised date passes.</w:t>
      </w:r>
    </w:p>
    <w:sectPr w:rsidR="00FC693F" w:rsidRPr="0006063C" w:rsidSect="00034616">
      <w:pgSz w:w="12240" w:h="15840"/>
      <w:pgMar w:top="1008" w:right="1800" w:bottom="1008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