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Meeting action items</w:t>
      </w:r>
    </w:p>
    <w:p>
      <w:r>
        <w:t>Use one row per commitment. Confirm the owner and due date before the meeting ends, then update status at the next check-in.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Action item</w:t>
            </w:r>
          </w:p>
        </w:tc>
        <w:tc>
          <w:tcPr>
            <w:tcW w:type="dxa" w:w="1440"/>
          </w:tcPr>
          <w:p>
            <w:r>
              <w:t>Owner</w:t>
            </w:r>
          </w:p>
        </w:tc>
        <w:tc>
          <w:tcPr>
            <w:tcW w:type="dxa" w:w="1440"/>
          </w:tcPr>
          <w:p>
            <w:r>
              <w:t>Due date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Source meeting</w:t>
            </w:r>
          </w:p>
        </w:tc>
        <w:tc>
          <w:tcPr>
            <w:tcW w:type="dxa" w:w="1440"/>
          </w:tcPr>
          <w:p>
            <w:r>
              <w:t>Notes</w:t>
            </w:r>
          </w:p>
        </w:tc>
      </w:tr>
      <w:tr>
        <w:tc>
          <w:tcPr>
            <w:tcW w:type="dxa" w:w="1440"/>
          </w:tcPr>
          <w:p>
            <w:r>
              <w:t>Send revised project timeline</w:t>
            </w:r>
          </w:p>
        </w:tc>
        <w:tc>
          <w:tcPr>
            <w:tcW w:type="dxa" w:w="1440"/>
          </w:tcPr>
          <w:p>
            <w:r>
              <w:t>Maya Chen</w:t>
            </w:r>
          </w:p>
        </w:tc>
        <w:tc>
          <w:tcPr>
            <w:tcW w:type="dxa" w:w="1440"/>
          </w:tcPr>
          <w:p>
            <w:r>
              <w:t>2026-10-02</w:t>
            </w:r>
          </w:p>
        </w:tc>
        <w:tc>
          <w:tcPr>
            <w:tcW w:type="dxa" w:w="1440"/>
          </w:tcPr>
          <w:p>
            <w:r>
              <w:t>In progress</w:t>
            </w:r>
          </w:p>
        </w:tc>
        <w:tc>
          <w:tcPr>
            <w:tcW w:type="dxa" w:w="1440"/>
          </w:tcPr>
          <w:p>
            <w:r>
              <w:t>Project kickoff ? 2026-09-28</w:t>
            </w:r>
          </w:p>
        </w:tc>
        <w:tc>
          <w:tcPr>
            <w:tcW w:type="dxa" w:w="1440"/>
          </w:tcPr>
          <w:p>
            <w:r>
              <w:t>Include two review milestones</w:t>
            </w:r>
          </w:p>
        </w:tc>
      </w:tr>
      <w:tr>
        <w:tc>
          <w:tcPr>
            <w:tcW w:type="dxa" w:w="1440"/>
          </w:tcPr>
          <w:p>
            <w:r>
              <w:t>Confirm the launch review attendees</w:t>
            </w:r>
          </w:p>
        </w:tc>
        <w:tc>
          <w:tcPr>
            <w:tcW w:type="dxa" w:w="1440"/>
          </w:tcPr>
          <w:p>
            <w:r>
              <w:t>Luis Patel</w:t>
            </w:r>
          </w:p>
        </w:tc>
        <w:tc>
          <w:tcPr>
            <w:tcW w:type="dxa" w:w="1440"/>
          </w:tcPr>
          <w:p>
            <w:r>
              <w:t>2026-10-01</w:t>
            </w:r>
          </w:p>
        </w:tc>
        <w:tc>
          <w:tcPr>
            <w:tcW w:type="dxa" w:w="1440"/>
          </w:tcPr>
          <w:p>
            <w:r>
              <w:t>Not started</w:t>
            </w:r>
          </w:p>
        </w:tc>
        <w:tc>
          <w:tcPr>
            <w:tcW w:type="dxa" w:w="1440"/>
          </w:tcPr>
          <w:p>
            <w:r>
              <w:t>Project kickoff ? 2026-09-28</w:t>
            </w:r>
          </w:p>
        </w:tc>
        <w:tc>
          <w:tcPr>
            <w:tcW w:type="dxa" w:w="1440"/>
          </w:tcPr>
          <w:p>
            <w:r>
              <w:t>Check with design and support leads</w:t>
            </w:r>
          </w:p>
        </w:tc>
      </w:tr>
      <w:tr>
        <w:tc>
          <w:tcPr>
            <w:tcW w:type="dxa" w:w="1440"/>
          </w:tcPr>
          <w:p>
            <w:r>
              <w:t>Share the customer FAQ draft</w:t>
            </w:r>
          </w:p>
        </w:tc>
        <w:tc>
          <w:tcPr>
            <w:tcW w:type="dxa" w:w="1440"/>
          </w:tcPr>
          <w:p>
            <w:r>
              <w:t>Nia Brooks</w:t>
            </w:r>
          </w:p>
        </w:tc>
        <w:tc>
          <w:tcPr>
            <w:tcW w:type="dxa" w:w="1440"/>
          </w:tcPr>
          <w:p>
            <w:r>
              <w:t>2026-10-05</w:t>
            </w:r>
          </w:p>
        </w:tc>
        <w:tc>
          <w:tcPr>
            <w:tcW w:type="dxa" w:w="1440"/>
          </w:tcPr>
          <w:p>
            <w:r>
              <w:t>Not started</w:t>
            </w:r>
          </w:p>
        </w:tc>
        <w:tc>
          <w:tcPr>
            <w:tcW w:type="dxa" w:w="1440"/>
          </w:tcPr>
          <w:p>
            <w:r>
              <w:t>Project kickoff ? 2026-09-28</w:t>
            </w:r>
          </w:p>
        </w:tc>
        <w:tc>
          <w:tcPr>
            <w:tcW w:type="dxa" w:w="1440"/>
          </w:tcPr>
          <w:p>
            <w:r>
              <w:t>Flag questions that need approval</w:t>
            </w:r>
          </w:p>
        </w:tc>
      </w:tr>
      <w:tr>
        <w:tc>
          <w:tcPr>
            <w:tcW w:type="dxa" w:w="1440"/>
          </w:tcPr>
          <w:p>
            <w:r>
              <w:t>Approve the final launch checklist</w:t>
            </w:r>
          </w:p>
        </w:tc>
        <w:tc>
          <w:tcPr>
            <w:tcW w:type="dxa" w:w="1440"/>
          </w:tcPr>
          <w:p>
            <w:r>
              <w:t>Maya Chen</w:t>
            </w:r>
          </w:p>
        </w:tc>
        <w:tc>
          <w:tcPr>
            <w:tcW w:type="dxa" w:w="1440"/>
          </w:tcPr>
          <w:p>
            <w:r>
              <w:t>2026-10-07</w:t>
            </w:r>
          </w:p>
        </w:tc>
        <w:tc>
          <w:tcPr>
            <w:tcW w:type="dxa" w:w="1440"/>
          </w:tcPr>
          <w:p>
            <w:r>
              <w:t>Not started</w:t>
            </w:r>
          </w:p>
        </w:tc>
        <w:tc>
          <w:tcPr>
            <w:tcW w:type="dxa" w:w="1440"/>
          </w:tcPr>
          <w:p>
            <w:r>
              <w:t>Project kickoff ? 2026-09-28</w:t>
            </w:r>
          </w:p>
        </w:tc>
        <w:tc>
          <w:tcPr>
            <w:tcW w:type="dxa" w:w="1440"/>
          </w:tcPr>
          <w:p>
            <w:r>
              <w:t>Review after FAQ comments are resolved</w:t>
            </w:r>
          </w:p>
        </w:tc>
      </w:tr>
      <w:tr>
        <w:tc>
          <w:tcPr>
            <w:tcW w:type="dxa" w:w="1440"/>
          </w:tcPr>
          <w:p>
            <w:r>
              <w:t>Send support team briefing</w:t>
            </w:r>
          </w:p>
        </w:tc>
        <w:tc>
          <w:tcPr>
            <w:tcW w:type="dxa" w:w="1440"/>
          </w:tcPr>
          <w:p>
            <w:r>
              <w:t>Luis Patel</w:t>
            </w:r>
          </w:p>
        </w:tc>
        <w:tc>
          <w:tcPr>
            <w:tcW w:type="dxa" w:w="1440"/>
          </w:tcPr>
          <w:p>
            <w:r>
              <w:t>2026-10-09</w:t>
            </w:r>
          </w:p>
        </w:tc>
        <w:tc>
          <w:tcPr>
            <w:tcW w:type="dxa" w:w="1440"/>
          </w:tcPr>
          <w:p>
            <w:r>
              <w:t>Not started</w:t>
            </w:r>
          </w:p>
        </w:tc>
        <w:tc>
          <w:tcPr>
            <w:tcW w:type="dxa" w:w="1440"/>
          </w:tcPr>
          <w:p>
            <w:r>
              <w:t>Project kickoff ? 2026-09-28</w:t>
            </w:r>
          </w:p>
        </w:tc>
        <w:tc>
          <w:tcPr>
            <w:tcW w:type="dxa" w:w="1440"/>
          </w:tcPr>
          <w:p>
            <w:r>
              <w:t>Include escalation contact and release date</w:t>
            </w:r>
          </w:p>
        </w:tc>
      </w:tr>
    </w:tbl>
    <w:p>
      <w:pPr>
        <w:pStyle w:val="Heading1"/>
      </w:pPr>
      <w:r>
        <w:t>Blank row to copy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Action item</w:t>
            </w:r>
          </w:p>
        </w:tc>
        <w:tc>
          <w:tcPr>
            <w:tcW w:type="dxa" w:w="1440"/>
          </w:tcPr>
          <w:p>
            <w:r>
              <w:t>Owner</w:t>
            </w:r>
          </w:p>
        </w:tc>
        <w:tc>
          <w:tcPr>
            <w:tcW w:type="dxa" w:w="1440"/>
          </w:tcPr>
          <w:p>
            <w:r>
              <w:t>Due date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Source meeting</w:t>
            </w:r>
          </w:p>
        </w:tc>
        <w:tc>
          <w:tcPr>
            <w:tcW w:type="dxa" w:w="1440"/>
          </w:tcPr>
          <w:p>
            <w:r>
              <w:t>Notes</w:t>
            </w:r>
          </w:p>
        </w:tc>
      </w:tr>
      <w:tr>
        <w:tc>
          <w:tcPr>
            <w:tcW w:type="dxa" w:w="1440"/>
          </w:tcPr>
          <w:p>
            <w:r>
              <w:t>[Enter details]</w:t>
            </w:r>
          </w:p>
        </w:tc>
        <w:tc>
          <w:tcPr>
            <w:tcW w:type="dxa" w:w="1440"/>
          </w:tcPr>
          <w:p>
            <w:r>
              <w:t>[Enter details]</w:t>
            </w:r>
          </w:p>
        </w:tc>
        <w:tc>
          <w:tcPr>
            <w:tcW w:type="dxa" w:w="1440"/>
          </w:tcPr>
          <w:p>
            <w:r>
              <w:t>[Enter details]</w:t>
            </w:r>
          </w:p>
        </w:tc>
        <w:tc>
          <w:tcPr>
            <w:tcW w:type="dxa" w:w="1440"/>
          </w:tcPr>
          <w:p>
            <w:r>
              <w:t>[Enter details]</w:t>
            </w:r>
          </w:p>
        </w:tc>
        <w:tc>
          <w:tcPr>
            <w:tcW w:type="dxa" w:w="1440"/>
          </w:tcPr>
          <w:p>
            <w:r>
              <w:t>[Enter details]</w:t>
            </w:r>
          </w:p>
        </w:tc>
        <w:tc>
          <w:tcPr>
            <w:tcW w:type="dxa" w:w="1440"/>
          </w:tcPr>
          <w:p>
            <w:r>
              <w:t>[Enter details]</w:t>
            </w:r>
          </w:p>
        </w:tc>
      </w:tr>
    </w:tbl>
    <w:p>
      <w:r>
        <w:t>Sample names, dates and tasks are illustrative. Replace them with your meeting?s actual commitments.</w:t>
      </w:r>
    </w:p>
    <w:p>
      <w:r>
        <w:t>Before you share the notes, read each action item aloud and confirm that the named owner agrees to take it on.</w:t>
      </w:r>
    </w:p>
    <w:p>
      <w:r>
        <w:t>Choose a due date together. If the date is still open, write that in Notes and follow up to set one.</w:t>
      </w:r>
    </w:p>
    <w:p>
      <w:r>
        <w:t>At the next meeting, review items that are not done. Update status and note any blocker or changed deadline.</w:t>
      </w:r>
    </w:p>
    <w:p>
      <w:r>
        <w:t>Keep completed items when they provide useful context about the decisions made.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