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Quarterly business review</w:t>
      </w:r>
    </w:p>
    <w:p>
      <w:r>
        <w:t>Account: ______________________________    Review period: __________________</w:t>
      </w:r>
    </w:p>
    <w:p>
      <w:r>
        <w:t>Date and attendees: _________________________________________________________</w:t>
      </w:r>
    </w:p>
    <w:p>
      <w:r>
        <w:t>Purpose: What does the customer need from this review?</w:t>
      </w:r>
    </w:p>
    <w:p>
      <w:r>
        <w:t>____________________________________________________________________________</w:t>
      </w:r>
    </w:p>
    <w:p>
      <w:pPr>
        <w:pStyle w:val="Heading1"/>
      </w:pPr>
      <w:r>
        <w:t>1. Customer priorities and agreed goals</w:t>
      </w:r>
    </w:p>
    <w:p>
      <w:r>
        <w:t>What matters to the customer now? Which outcomes and time period did both sides agree to?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2. Progress and evidence</w:t>
      </w:r>
    </w:p>
    <w:p>
      <w:r>
        <w:t>What changed since the last review? Add the source and date for each result. Mark estimates or items that need confirmation.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3. Work completed</w:t>
      </w:r>
    </w:p>
    <w:p>
      <w:r>
        <w:t>List completed deliverables and explain how they relate to the customer?s priorities.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4. Open actions and risks</w:t>
      </w:r>
    </w:p>
    <w:p>
      <w:r>
        <w:t>Action | Owner | Due date | Status. Include blockers, impact and the next step to address each one.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5. Adoption, support and feedback</w:t>
      </w:r>
    </w:p>
    <w:p>
      <w:r>
        <w:t>What help does the customer need? Capture their feedback in context and ask before sharing sensitive details.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6. Decisions</w:t>
      </w:r>
    </w:p>
    <w:p>
      <w:r>
        <w:t>Decision needed | Decision maker | Target date. Record the outcome and any conditions.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7. Next-quarter plan</w:t>
      </w:r>
    </w:p>
    <w:p>
      <w:r>
        <w:t>Outcome | Milestone | Owner | Check-in date. Separate agreed work from proposals.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Meeting checklist</w:t>
      </w:r>
    </w:p>
    <w:p>
      <w:pPr>
        <w:pStyle w:val="ListBullet"/>
      </w:pPr>
      <w:r>
        <w:t>Confirm the review period, attendees and customer priorities.</w:t>
      </w:r>
    </w:p>
    <w:p>
      <w:pPr>
        <w:pStyle w:val="ListBullet"/>
      </w:pPr>
      <w:r>
        <w:t>Check evidence, dates and open actions before the meeting.</w:t>
      </w:r>
    </w:p>
    <w:p>
      <w:pPr>
        <w:pStyle w:val="ListBullet"/>
      </w:pPr>
      <w:r>
        <w:t>Share the agenda and questions in advance.</w:t>
      </w:r>
    </w:p>
    <w:p>
      <w:pPr>
        <w:pStyle w:val="ListBullet"/>
      </w:pPr>
      <w:r>
        <w:t>Invite the customer to correct assumptions and add context.</w:t>
      </w:r>
    </w:p>
    <w:p>
      <w:pPr>
        <w:pStyle w:val="ListBullet"/>
      </w:pPr>
      <w:r>
        <w:t>Close with decisions, owners and due dates.</w:t>
      </w:r>
    </w:p>
    <w:p>
      <w:pPr>
        <w:pStyle w:val="ListBullet"/>
      </w:pPr>
      <w:r>
        <w:t>Send the recap and schedule the next check-in.</w:t>
      </w:r>
    </w:p>
    <w:p>
      <w:pPr>
        <w:pStyle w:val="Heading1"/>
      </w:pPr>
      <w:r>
        <w:t>Filled example</w:t>
      </w:r>
    </w:p>
    <w:p>
      <w:r>
        <w:t>Northstar Analytics | Q2 | Priority: reduce weekly reporting preparation. The customer estimates the live workflow has reduced preparation to about two and a half hours, pending confirmation of the baseline. The operations lead will confirm the measurement method by July 2. Second-team access is awaiting internal approval. The sponsor will decide on expansion after the baseline check. The customer success manager will send the recap by June 19.</w:t>
      </w:r>
    </w:p>
    <w:p>
      <w:r>
        <w:t>Keep targets, estimates and verified results clearly labeled. Use only information appropriate for the people receiving this review.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