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Thank-you emails after a meeting: 12 templates</w:t>
      </w:r>
    </w:p>
    <w:p>
      <w:r>
        <w:t>Use these as starting points. Replace every bracketed field with accurate details. Check names, dates, promises and attachments before sending.</w:t>
      </w:r>
    </w:p>
    <w:p>
      <w:pPr>
        <w:pStyle w:val="Heading1"/>
      </w:pPr>
      <w:r>
        <w:t>1. After a client meeting</w:t>
      </w:r>
    </w:p>
    <w:p>
      <w:pPr>
        <w:pStyle w:val="Subtitle"/>
      </w:pPr>
      <w:r>
        <w:t>Subject: Thanks for today’s [project/topic] meeting</w:t>
      </w:r>
    </w:p>
    <w:p>
      <w:r>
        <w:t>Hi [Name],</w:t>
      </w:r>
    </w:p>
    <w:p>
      <w:r>
        <w:t>Thanks for making time to discuss [topic] today. Your point about [specific detail] helped clarify [goal or decision]. I’ll [your action] by [date]. You’ll [their action] before [next meeting/date], and then we can [next step].</w:t>
      </w:r>
    </w:p>
    <w:p>
      <w:r>
        <w:t>Thanks again,</w:t>
      </w:r>
    </w:p>
    <w:p>
      <w:r>
        <w:t>[Your name]</w:t>
      </w:r>
    </w:p>
    <w:p>
      <w:pPr>
        <w:pStyle w:val="Heading1"/>
      </w:pPr>
      <w:r>
        <w:t>2. After meeting with a prospect</w:t>
      </w:r>
    </w:p>
    <w:p>
      <w:pPr>
        <w:pStyle w:val="Subtitle"/>
      </w:pPr>
      <w:r>
        <w:t>Subject: Thanks for the conversation about [goal]</w:t>
      </w:r>
    </w:p>
    <w:p>
      <w:r>
        <w:t>Hi [Name],</w:t>
      </w:r>
    </w:p>
    <w:p>
      <w:r>
        <w:t>Thank you for walking me through [challenge or goal]. Based on what you shared about [specific detail], I’ll send [promised resource or answer] by [date]. If useful, we can use [proposed time or milestone] to decide whether to take this further.</w:t>
      </w:r>
    </w:p>
    <w:p>
      <w:r>
        <w:t>Best,</w:t>
      </w:r>
    </w:p>
    <w:p>
      <w:r>
        <w:t>[Your name]</w:t>
      </w:r>
    </w:p>
    <w:p>
      <w:pPr>
        <w:pStyle w:val="Heading1"/>
      </w:pPr>
      <w:r>
        <w:t>3. After a customer meeting</w:t>
      </w:r>
    </w:p>
    <w:p>
      <w:pPr>
        <w:pStyle w:val="Subtitle"/>
      </w:pPr>
      <w:r>
        <w:t>Subject: Follow-up on [customer topic]</w:t>
      </w:r>
    </w:p>
    <w:p>
      <w:r>
        <w:t>Hi [Name],</w:t>
      </w:r>
    </w:p>
    <w:p>
      <w:r>
        <w:t>Thanks for meeting today. I’m glad we could discuss [topic]. I’ll check on [open question] and get back to you by [date]. In the meantime, [clear instruction or resource, if relevant].</w:t>
      </w:r>
    </w:p>
    <w:p>
      <w:r>
        <w:t>Best,</w:t>
      </w:r>
    </w:p>
    <w:p>
      <w:r>
        <w:t>[Your name]</w:t>
      </w:r>
    </w:p>
    <w:p>
      <w:pPr>
        <w:pStyle w:val="Heading1"/>
      </w:pPr>
      <w:r>
        <w:t>4. After meeting with your boss</w:t>
      </w:r>
    </w:p>
    <w:p>
      <w:pPr>
        <w:pStyle w:val="Subtitle"/>
      </w:pPr>
      <w:r>
        <w:t>Subject: Thanks for the check-in</w:t>
      </w:r>
    </w:p>
    <w:p>
      <w:r>
        <w:t>Hi [Name],</w:t>
      </w:r>
    </w:p>
    <w:p>
      <w:r>
        <w:t>Thanks for talking through [topic] with me today. I’ll focus on [priority] first and send you [update or deliverable] by [date]. Let me know if I missed anything in the plan.</w:t>
      </w:r>
    </w:p>
    <w:p>
      <w:r>
        <w:t>Best,</w:t>
      </w:r>
    </w:p>
    <w:p>
      <w:r>
        <w:t>[Your name]</w:t>
      </w:r>
    </w:p>
    <w:p>
      <w:pPr>
        <w:pStyle w:val="Heading1"/>
      </w:pPr>
      <w:r>
        <w:t>5. After meeting with a colleague</w:t>
      </w:r>
    </w:p>
    <w:p>
      <w:pPr>
        <w:pStyle w:val="Subtitle"/>
      </w:pPr>
      <w:r>
        <w:t>Subject: Thanks for helping with [topic]</w:t>
      </w:r>
    </w:p>
    <w:p>
      <w:r>
        <w:t>Hi [Name],</w:t>
      </w:r>
    </w:p>
    <w:p>
      <w:r>
        <w:t>Thanks for your help thinking through [specific issue]. Your suggestion to [detail] gives me a good next step. I’ll [action] by [date], then share an update with you.</w:t>
      </w:r>
    </w:p>
    <w:p>
      <w:r>
        <w:t>Thanks,</w:t>
      </w:r>
    </w:p>
    <w:p>
      <w:r>
        <w:t>[Your name]</w:t>
      </w:r>
    </w:p>
    <w:p>
      <w:pPr>
        <w:pStyle w:val="Heading1"/>
      </w:pPr>
      <w:r>
        <w:t>6. After meeting with an executive</w:t>
      </w:r>
    </w:p>
    <w:p>
      <w:pPr>
        <w:pStyle w:val="Subtitle"/>
      </w:pPr>
      <w:r>
        <w:t>Subject: [Decision/topic] — thanks for your time</w:t>
      </w:r>
    </w:p>
    <w:p>
      <w:r>
        <w:t>Hello [Name],</w:t>
      </w:r>
    </w:p>
    <w:p>
      <w:r>
        <w:t>Thank you for meeting about [topic]. My next step is to [action] by [date]. The decision we confirmed was [brief, accurate summary]. Please let me know if I have that wrong.</w:t>
      </w:r>
    </w:p>
    <w:p>
      <w:r>
        <w:t>Best,</w:t>
      </w:r>
    </w:p>
    <w:p>
      <w:r>
        <w:t>[Your name]</w:t>
      </w:r>
    </w:p>
    <w:p>
      <w:pPr>
        <w:pStyle w:val="Heading1"/>
      </w:pPr>
      <w:r>
        <w:t>7. After a partner meeting</w:t>
      </w:r>
    </w:p>
    <w:p>
      <w:pPr>
        <w:pStyle w:val="Subtitle"/>
      </w:pPr>
      <w:r>
        <w:t>Subject: Next steps from our [initiative] discussion</w:t>
      </w:r>
    </w:p>
    <w:p>
      <w:r>
        <w:t>Hi [Name],</w:t>
      </w:r>
    </w:p>
    <w:p>
      <w:r>
        <w:t>Thanks for the thoughtful discussion about [initiative]. I’ll [your action] by [date]. As agreed, you’ll [their action] by [date]. We can reconnect on [date or milestone] to review progress.</w:t>
      </w:r>
    </w:p>
    <w:p>
      <w:r>
        <w:t>Best,</w:t>
      </w:r>
    </w:p>
    <w:p>
      <w:r>
        <w:t>[Your name]</w:t>
      </w:r>
    </w:p>
    <w:p>
      <w:pPr>
        <w:pStyle w:val="Heading1"/>
      </w:pPr>
      <w:r>
        <w:t>8. After a job interview</w:t>
      </w:r>
    </w:p>
    <w:p>
      <w:pPr>
        <w:pStyle w:val="Subtitle"/>
      </w:pPr>
      <w:r>
        <w:t>Subject: Thank you for discussing the [role] position</w:t>
      </w:r>
    </w:p>
    <w:p>
      <w:r>
        <w:t>Hi [Name],</w:t>
      </w:r>
    </w:p>
    <w:p>
      <w:r>
        <w:t>Thank you for speaking with me about the [role] position. I enjoyed hearing about [specific topic]. Our conversation about [detail] made me more interested in the opportunity. I’d be glad to share anything else that would be helpful.</w:t>
      </w:r>
    </w:p>
    <w:p>
      <w:r>
        <w:t>Best,</w:t>
      </w:r>
    </w:p>
    <w:p>
      <w:r>
        <w:t>[Your name]</w:t>
      </w:r>
    </w:p>
    <w:p>
      <w:pPr>
        <w:pStyle w:val="Heading1"/>
      </w:pPr>
      <w:r>
        <w:t>9. After meeting the interview team</w:t>
      </w:r>
    </w:p>
    <w:p>
      <w:pPr>
        <w:pStyle w:val="Subtitle"/>
      </w:pPr>
      <w:r>
        <w:t>Subject: Thank you for the conversation today</w:t>
      </w:r>
    </w:p>
    <w:p>
      <w:r>
        <w:t>Hi [Name],</w:t>
      </w:r>
    </w:p>
    <w:p>
      <w:r>
        <w:t>Thank you for taking the time to meet with me today. I appreciated learning how the team approaches [specific topic]. The discussion about [detail] connected with my experience in [relevant experience]. I remain interested in the [role] and appreciate your consideration.</w:t>
      </w:r>
    </w:p>
    <w:p>
      <w:r>
        <w:t>Best,</w:t>
      </w:r>
    </w:p>
    <w:p>
      <w:r>
        <w:t>[Your name]</w:t>
      </w:r>
    </w:p>
    <w:p>
      <w:pPr>
        <w:pStyle w:val="Heading1"/>
      </w:pPr>
      <w:r>
        <w:t>10. After a donor conversation</w:t>
      </w:r>
    </w:p>
    <w:p>
      <w:pPr>
        <w:pStyle w:val="Subtitle"/>
      </w:pPr>
      <w:r>
        <w:t>Subject: Thank you for sharing your perspective</w:t>
      </w:r>
    </w:p>
    <w:p>
      <w:r>
        <w:t>Dear [Name],</w:t>
      </w:r>
    </w:p>
    <w:p>
      <w:r>
        <w:t>Thank you for meeting with me and sharing your thoughts about [organization or area of work]. I appreciated hearing why [specific interest] matters to you. As promised, I’ll send [resource or information] by [date]. Please let me know if there is anything you would like clarified.</w:t>
      </w:r>
    </w:p>
    <w:p>
      <w:r>
        <w:t>Warmly,</w:t>
      </w:r>
    </w:p>
    <w:p>
      <w:r>
        <w:t>[Your name]</w:t>
      </w:r>
    </w:p>
    <w:p>
      <w:pPr>
        <w:pStyle w:val="Heading1"/>
      </w:pPr>
      <w:r>
        <w:t>11. After a business meeting</w:t>
      </w:r>
    </w:p>
    <w:p>
      <w:pPr>
        <w:pStyle w:val="Subtitle"/>
      </w:pPr>
      <w:r>
        <w:t>Subject: [Topic] — actions from today</w:t>
      </w:r>
    </w:p>
    <w:p>
      <w:r>
        <w:t>Hi everyone,</w:t>
      </w:r>
    </w:p>
    <w:p>
      <w:r>
        <w:t>Thanks for the useful discussion. We agreed that [decision]. I’ll own [action] by [date], and [person/team] will handle [action] by [date]. Our next check-in is [date/time]. Reply if I missed or misstated anything.</w:t>
      </w:r>
    </w:p>
    <w:p>
      <w:r>
        <w:t>Best,</w:t>
      </w:r>
    </w:p>
    <w:p>
      <w:r>
        <w:t>[Your name]</w:t>
      </w:r>
    </w:p>
    <w:p>
      <w:pPr>
        <w:pStyle w:val="Heading1"/>
      </w:pPr>
      <w:r>
        <w:t>12. After a team meeting</w:t>
      </w:r>
    </w:p>
    <w:p>
      <w:pPr>
        <w:pStyle w:val="Subtitle"/>
      </w:pPr>
      <w:r>
        <w:t>Subject: Thanks, team — [project] next steps</w:t>
      </w:r>
    </w:p>
    <w:p>
      <w:r>
        <w:t>Hi team,</w:t>
      </w:r>
    </w:p>
    <w:p>
      <w:r>
        <w:t>Thanks for the input in today’s meeting, especially [specific contribution]. Here are the next steps: [name] will [action] by [date], and I’ll [action] by [date]. We’ll review progress at [next meeting or milestone].</w:t>
      </w:r>
    </w:p>
    <w:p>
      <w:r>
        <w:t>Thanks,</w:t>
      </w:r>
    </w:p>
    <w:p>
      <w:r>
        <w:t>[Your name]</w:t>
      </w:r>
    </w:p>
    <w:p>
      <w:pPr>
        <w:pStyle w:val="Heading1"/>
      </w:pPr>
      <w:r>
        <w:t>Quick check before sending</w:t>
      </w:r>
    </w:p>
    <w:p>
      <w:pPr>
        <w:pStyle w:val="ListBullet"/>
      </w:pPr>
      <w:r>
        <w:t>Is the name spelled correctly?</w:t>
      </w:r>
    </w:p>
    <w:p>
      <w:pPr>
        <w:pStyle w:val="ListBullet"/>
      </w:pPr>
      <w:r>
        <w:t>Does the message mention something that was actually discussed?</w:t>
      </w:r>
    </w:p>
    <w:p>
      <w:pPr>
        <w:pStyle w:val="ListBullet"/>
      </w:pPr>
      <w:r>
        <w:t>Are actions, owners and dates accurate?</w:t>
      </w:r>
    </w:p>
    <w:p>
      <w:pPr>
        <w:pStyle w:val="ListBullet"/>
      </w:pPr>
      <w:r>
        <w:t>Did you attach any file you promised?</w:t>
      </w:r>
    </w:p>
    <w:p>
      <w:pPr>
        <w:pStyle w:val="ListBullet"/>
      </w:pPr>
      <w:r>
        <w:t>Is the subject specific enough to recognize later?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